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медицинских документов, копий и выписок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25, адрес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Пациент: Ф. И. О. __________; реквизиты документа, удостоверяющего личность, __________; адрес места жительства или пребывания __________; почтовый адрес для ответов __________; телефон при наличии __________; электронная почта при наличии __________.</w:t>
      </w:r>
    </w:p>
    <w:p>
      <w:pPr>
        <w:pStyle w:val="ListBullet"/>
        <w:numPr>
          <w:ilvl w:val="0"/>
          <w:numId w:val="10"/>
        </w:numPr>
      </w:pPr>
      <w:r>
        <w:t>Законный представитель, если обращается: Ф. И. О. __________; реквизиты документа __________; адрес места жительства или пребывания __________; почтовый адрес __________; контакты __________; документ о статусе __________.</w:t>
      </w:r>
    </w:p>
    <w:p>
      <w:pPr>
        <w:pStyle w:val="ListBullet"/>
        <w:numPr>
          <w:ilvl w:val="0"/>
          <w:numId w:val="10"/>
        </w:numPr>
      </w:pPr>
      <w:r>
        <w:t>Прошу выдать __________ (наименования документов копий или выписок) за период __________. Если в архиве имеются нужные изображения и результаты, прошу приложить их в следующем объёме: __________.</w:t>
      </w:r>
    </w:p>
    <w:p>
      <w:pPr>
        <w:pStyle w:val="ListBullet"/>
        <w:numPr>
          <w:ilvl w:val="0"/>
          <w:numId w:val="10"/>
        </w:numPr>
      </w:pPr>
      <w:r>
        <w:t>Способ получения: лично __________ (выбрать); заказным почтовым отправлением с уведомлением по адресу __________ __________ (выбрать); через допустимую медицинскую информационную систему или иной предусмотренный приказом электронный канал __________ __________ (выбрать если доступен).</w:t>
      </w:r>
    </w:p>
    <w:p>
      <w:pPr>
        <w:pStyle w:val="ListBullet"/>
        <w:numPr>
          <w:ilvl w:val="0"/>
          <w:numId w:val="10"/>
        </w:numPr>
      </w:pPr>
      <w:r>
        <w:t>Если выдача оригинала не предусмотрена, прошу предоставить копию или выписку. Документы, подтверждающие статус представителя, при необходимости: __________.</w:t>
      </w:r>
    </w:p>
    <w:p>
      <w:pPr/>
      <w:r>
        <w:t>Дата __________. Пациент / законный представитель: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Электронный запрос оформляется с соблюдением требований к подписи и допустимому каналу. Форма обратного звонка для подачи такого запроса не используется.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