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141733, Московская область, г. Лобня, ул. Промышленная, д. 8, помещ. 74.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