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141207, Московская область, г. Пушкино, Московский проспект, д. 57, корпус 1, офис XVII (лично или почтой); организационные вопросы: pushkino@diamed.group.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