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s.posad@diamed.group; почтовый адрес: 141300, Московская область, г. Сергиев Посад, проспект Красной Армии, д. 77А, помещения 12, 25.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