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«ДЕЛОМЕДИКА», ИНН 5022058980, адрес 140408, Московская область, г. Коломна, ул. Октябрьской Революции, д. 301, помещ. 7,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kolomna@diamed.group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