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142200, Московская область, г. Серпухов, ул. Ворошилова, д. 128, помещ. 3 (лично или почтой); организационные вопросы: serpuhov@diamed.group.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