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40702810840000066214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