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«ДИАМЕД», ИНН 5018146360, ОГРН 1105018005234, адрес по ЕГРЮЛ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korolev@diamed.group; почтовый адрес: 141080, Московская область, г. Королёв, ул. Горького, д. 2А, помещ. VI.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