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40702810040000004173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