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«ДИАМЕД», ИНН 5038074681, ОГРН 1105038001485, адрес по ЕГРЮЛ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pushkino@diamed.group; почтовый адрес: 141207, Московская область, г. Пушкино, Московский проспект, д. 57, корпус 1, офис XVII.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