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40702810740000003801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