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Заявление о выдаче документов, подтверждающих расходы на лечение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В Общество с ограниченной ответственностью «ДИАМЕД», ИНН 5050124280, КПП 505001001, ОГРН 1165050051540, адрес: 141100, Московская область, г. Щёлково, Пролетарский проспект, д. 9, помещ. III. От Ф. И. О. __________. Контакт для ответа __________.</w:t>
      </w:r>
    </w:p>
    <w:p>
      <w:pPr>
        <w:pStyle w:val="ListBullet"/>
        <w:numPr>
          <w:ilvl w:val="0"/>
          <w:numId w:val="10"/>
        </w:numPr>
      </w:pPr>
      <w:r>
        <w:t>Прошу выдать документы о расходах на медицинские услуги за период __________. Пациент: Ф. И. О. __________. Услуги оплатил(а): __________. Договор и сведения об оплате, если известны: __________.</w:t>
      </w:r>
    </w:p>
    <w:p>
      <w:pPr>
        <w:pStyle w:val="ListBullet"/>
        <w:numPr>
          <w:ilvl w:val="0"/>
          <w:numId w:val="10"/>
        </w:numPr>
      </w:pPr>
      <w:r>
        <w:t>Нужны следующие документы: __________ (указать справку копию договора допсоглашения иное). Сведения для оформления по действующим требованиям ФНС предоставлю безопасным способом после сообщения сотрудника. Если доступна передача в налоговый орган в электронном виде, прошу разъяснить порядок: __________.</w:t>
      </w:r>
    </w:p>
    <w:p>
      <w:pPr>
        <w:pStyle w:val="ListBullet"/>
        <w:numPr>
          <w:ilvl w:val="0"/>
          <w:numId w:val="10"/>
        </w:numPr>
      </w:pPr>
      <w:r>
        <w:t>Способ получения: __________. При обращении представителя указать его Ф. И. О., документ и полномочия: __________. Если для выдачи Заказчику требуется согласие пациента, оно предоставляется отдельно. Подпись заявления такого согласия не заменяет.</w:t>
      </w:r>
    </w:p>
    <w:p>
      <w:pPr/>
      <w:r>
        <w:t>Дата __________. Ф. И. О. __________. Подпись __________.</w:t>
      </w:r>
    </w:p>
    <w:p>
      <w:pPr>
        <w:pStyle w:val="ListBullet"/>
        <w:numPr>
          <w:ilvl w:val="0"/>
          <w:numId w:val="10"/>
        </w:numPr>
      </w:pPr>
      <w:r>
        <w:t>Справку о расходах оформляет медицинская организация по действующей форме ФНС. Этот документ служит заявлением на её получение.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5050124280, КПП 505001001, ОГРН 1165050051540, адрес: 141100, Московская область, г. Щёлково, Пролетарский проспект, д. 9, помещ. III.</w:t>
      </w:r>
    </w:p>
    <w:p>
      <w:pPr>
        <w:pStyle w:val="ListBullet"/>
        <w:numPr>
          <w:ilvl w:val="0"/>
          <w:numId w:val="10"/>
        </w:numPr>
      </w:pPr>
      <w:r>
        <w:t>Электронная почта: shchelkovo@diamed.group.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документов, подтверждающих расходы на лечение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