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Претензия или заявление об отказе от договора и возврате оплаты</w:t>
        <w:br/>
        <w:t>ООО «ПРОФМЕДКЛИНИК»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Исполнителю — Обществу с ограниченной ответственностью «ПРОФМЕДКЛИНИК», ИНН 7727449465, КПП 772501001, ОГРН 1207700269941, адрес: 115114, Россия, г. Москва, вн. тер. г. муниципальный округ Даниловский, 1-й Кожевнический переулок, д. 8, этаж 3, помещения № 7–№ 16. От Ф. И. О. __________. Адрес и контакт для ответа __________. Договор / дата посещения / номер оплаты, если известны: __________.</w:t>
      </w:r>
    </w:p>
    <w:p>
      <w:pPr>
        <w:pStyle w:val="ListBullet"/>
        <w:numPr>
          <w:ilvl w:val="0"/>
          <w:numId w:val="10"/>
        </w:numPr>
      </w:pPr>
      <w:r>
        <w:t>Обстоятельства обращения: __________.</w:t>
      </w:r>
    </w:p>
    <w:p>
      <w:pPr>
        <w:pStyle w:val="ListBullet"/>
        <w:numPr>
          <w:ilvl w:val="0"/>
          <w:numId w:val="10"/>
        </w:numPr>
      </w:pPr>
      <w:r>
        <w:t>Прошу __________ (описать требование). При отказе от дальнейших услуг прошу прекратить оказание __________ и вернуть оплату за вычетом фактических расходов, которые допускается удержать по закону. Если расходы удерживаются, прошу предоставить их расчёт и объяснение.</w:t>
      </w:r>
    </w:p>
    <w:p>
      <w:pPr>
        <w:pStyle w:val="ListBullet"/>
        <w:numPr>
          <w:ilvl w:val="0"/>
          <w:numId w:val="10"/>
        </w:numPr>
      </w:pPr>
      <w:r>
        <w:t>При недостатках услуги описываю выявленные нарушения и заявляю выбранное требование: __________. Абзац, который не относится к моему обращению, исключаю. Отказ от дальнейших услуг без указания недостатков и претензия по качеству рассматриваются по разным правилам.</w:t>
      </w:r>
    </w:p>
    <w:p>
      <w:pPr>
        <w:pStyle w:val="ListBullet"/>
        <w:numPr>
          <w:ilvl w:val="0"/>
          <w:numId w:val="10"/>
        </w:numPr>
      </w:pPr>
      <w:r>
        <w:t>Сумма требования, если известна: __________ рублей. Подтверждающие документы: __________. Желаемый допустимый способ возврата: __________. При необходимости передам платёжные реквизиты безопасным способом. Защитный код банковской карты сообщать не требуется.</w:t>
      </w:r>
    </w:p>
    <w:p>
      <w:pPr>
        <w:pStyle w:val="ListBullet"/>
        <w:numPr>
          <w:ilvl w:val="0"/>
          <w:numId w:val="10"/>
        </w:numPr>
      </w:pPr>
      <w:r>
        <w:t>Ответ прошу направить __________. Дата __________. Ф. И. О. __________. Подпись __________.</w:t>
      </w:r>
    </w:p>
    <w:p>
      <w:pPr>
        <w:pStyle w:val="ListBullet"/>
        <w:numPr>
          <w:ilvl w:val="0"/>
          <w:numId w:val="10"/>
        </w:numPr>
      </w:pPr>
      <w:r>
        <w:t>Отметка о принятии: дата __________, регистрационный номер __________, сотрудник __________. Обращение принимается и без этого бланка.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«ПРОФМЕДКЛИНИК», ИНН 7727449465, КПП 772501001, ОГРН 1207700269941, адрес: 115114, Россия, г. Москва, вн. тер. г. муниципальный округ Даниловский, 1-й Кожевнический переулок, д. 8, этаж 3, помещения № 7–№ 16.</w:t>
      </w:r>
    </w:p>
    <w:p>
      <w:pPr>
        <w:pStyle w:val="ListBullet"/>
        <w:numPr>
          <w:ilvl w:val="0"/>
          <w:numId w:val="10"/>
        </w:numPr>
      </w:pPr>
      <w:r>
        <w:t>Электронная почта: moscow.p@diamed.group.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или заявление об отказе от договора и возврате оплаты
ООО «ПРОФМЕДКЛИНИК»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