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40702810840000054899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