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40702810040000017157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