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40702810140000071310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