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141008, Московская область, городской округ Мытищи, г. Мытищи, ул. Мира, д. 10/10, помещ. III.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