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1107746536501, ИНН 7735570320, адрес юридического лица 141300, Московская область, г. Сергиев Посад, проспект Красной Армии, д. 77А, помещения 12, 25, адрес оказания услуг __________ (адрес центра). Лицензия: Л041-01162-50/00370073, предоставлена 22.10.2019,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Иванов Игорь Юрьевич, должность генеральный директор, полномочия на основании Устава. Расчётный счёт 40702810840000054899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https://korolev.delomedika.ru/pravovye-dokumenty/organizatsii/7735570320/platnye-uslugi/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s.posad@diamed.group; почтовый адрес: 141300, Московская область, г. Сергиев Посад, проспект Красной Армии, д. 77А, помещения 12, 25.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https://korolev.delomedika.ru/pravovye-dokumenty/organizatsii/7735570320/personalnye-dannye/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141300, Московская область, г. Сергиев Посад, проспект Красной Армии, д. 77А, помещения 12, 25 и электронной почте s.posad@diamed.group.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7735570320/platnye-uslugi/" TargetMode="External"/><Relationship Id="rId11" Type="http://schemas.openxmlformats.org/officeDocument/2006/relationships/hyperlink" Target="https://korolev.delomedika.ru/pravovye-dokumenty/organizatsii/7735570320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