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«ПРОФМЕДКЛИНИК»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moscow.p@diamed.group; почтовый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