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5043054056, КПП 504301001, ОГРН 1155043000672, адрес: 142200, Московская область, г. Серпухов, ул. Ворошилова, д. 128, помещ. 3.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serpuhov@diamed.group; почтовый адрес: 142200, Московская область, г. Серпухов, ул. Ворошилова, д. 128, помещ. 3.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