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korolev@diamed.group; почтовый адрес: 141080, Московская область, г. Королёв, ул. Горького, д. 2А, помещ. VI.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