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moscow.p@diamed.group; почтовый адрес: 115114, Россия, г. Москва, вн. тер. г. муниципальный округ Даниловский, 1-й Кожевнический переулок, д. 8, этаж 3, помещения № 7–№ 16.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